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</w:pPr>
      <w:r>
        <w:rPr>
          <w:b/>
          <w:sz w:val="42"/>
        </w:rPr>
        <w:t>[PRÉNOM NOM]</w:t>
      </w:r>
    </w:p>
    <w:p>
      <w:pPr>
        <w:keepLines/>
      </w:pPr>
      <w:r>
        <w:rPr>
          <w:b/>
          <w:sz w:val="24"/>
        </w:rPr>
        <w:t>ASSISTANT COMPTABLE DÉBUTANT</w:t>
      </w:r>
    </w:p>
    <w:p>
      <w:pPr>
        <w:keepNext/>
        <w:keepLines/>
        <w:spacing w:before="180"/>
      </w:pPr>
      <w:r>
        <w:rPr>
          <w:b/>
          <w:sz w:val="22"/>
        </w:rPr>
        <w:t>COORDONNÉES</w:t>
      </w:r>
    </w:p>
    <w:p>
      <w:pPr>
        <w:keepLines/>
      </w:pPr>
      <w:r>
        <w:rPr>
          <w:b w:val="0"/>
        </w:rPr>
        <w:t>[Ville] | [Téléphone] | [Courriel professionnel]</w:t>
      </w:r>
    </w:p>
    <w:p>
      <w:pPr>
        <w:keepNext/>
        <w:keepLines/>
        <w:spacing w:before="180"/>
      </w:pPr>
      <w:r>
        <w:rPr>
          <w:b/>
          <w:sz w:val="22"/>
        </w:rPr>
        <w:t>PROFIL</w:t>
      </w:r>
    </w:p>
    <w:p>
      <w:pPr>
        <w:keepLines/>
      </w:pPr>
      <w:r>
        <w:rPr>
          <w:b w:val="0"/>
        </w:rPr>
        <w:t>Diplômé en [formation exacte], je souhaite appliquer mes acquis en [compétences réellement acquises]. Lors de [stage ou projet], j’ai [action réelle]. Je recherche un poste d’assistant comptable avec des missions de [missions ciblées].</w:t>
      </w:r>
    </w:p>
    <w:p>
      <w:pPr>
        <w:keepNext/>
        <w:keepLines/>
        <w:spacing w:before="180"/>
      </w:pPr>
      <w:r>
        <w:rPr>
          <w:b/>
          <w:sz w:val="22"/>
        </w:rPr>
        <w:t>FORMATION</w:t>
      </w:r>
    </w:p>
    <w:p>
      <w:pPr>
        <w:keepLines/>
      </w:pPr>
      <w:r>
        <w:rPr>
          <w:b w:val="0"/>
        </w:rPr>
        <w:t>[Diplôme exact] — [Établissement] | [Année]</w:t>
        <w:br/>
        <w:t>[Projet de formation : sujet, travail personnel et résultat]</w:t>
      </w:r>
    </w:p>
    <w:p>
      <w:pPr>
        <w:keepNext/>
        <w:keepLines/>
        <w:spacing w:before="180"/>
      </w:pPr>
      <w:r>
        <w:rPr>
          <w:b/>
          <w:sz w:val="22"/>
        </w:rPr>
        <w:t>STAGE OU EXPÉRIENCE</w:t>
      </w:r>
    </w:p>
    <w:p>
      <w:pPr>
        <w:keepLines/>
      </w:pPr>
      <w:r>
        <w:rPr>
          <w:b w:val="0"/>
        </w:rPr>
        <w:t>[Fonction réelle] — [Organisation] | [Dates]</w:t>
        <w:br/>
        <w:t>[Pièces traitées et contrôles réalisés, si applicable.]</w:t>
        <w:br/>
        <w:t>[Travail réalisé sous supervision ; préciser sa propre contribution.]</w:t>
      </w:r>
    </w:p>
    <w:p>
      <w:pPr>
        <w:keepNext/>
        <w:keepLines/>
        <w:spacing w:before="180"/>
      </w:pPr>
      <w:r>
        <w:rPr>
          <w:b/>
          <w:sz w:val="22"/>
        </w:rPr>
        <w:t>COMPÉTENCES TECHNIQUES</w:t>
      </w:r>
    </w:p>
    <w:p>
      <w:pPr>
        <w:keepLines/>
      </w:pPr>
      <w:r>
        <w:rPr>
          <w:b w:val="0"/>
        </w:rPr>
        <w:t>[Saisie comptable : pratique réelle] ; [rapprochement : pratique réelle]</w:t>
        <w:br/>
        <w:t>Excel : [fonctions réellement maîtrisées] | [Logiciel : niveau réel]</w:t>
      </w:r>
    </w:p>
    <w:p>
      <w:pPr>
        <w:keepNext/>
        <w:keepLines/>
        <w:spacing w:before="180"/>
      </w:pPr>
      <w:r>
        <w:rPr>
          <w:b/>
          <w:sz w:val="22"/>
        </w:rPr>
        <w:t>LANGUES</w:t>
      </w:r>
    </w:p>
    <w:p>
      <w:pPr>
        <w:keepLines/>
      </w:pPr>
      <w:r>
        <w:rPr>
          <w:b w:val="0"/>
        </w:rPr>
        <w:t>Français : [niveau] | Arabe : [niveau] | Anglais : [niveau]</w:t>
      </w:r>
    </w:p>
    <w:p>
      <w:pPr>
        <w:keepNext/>
        <w:keepLines/>
        <w:spacing w:before="180"/>
      </w:pPr>
      <w:r>
        <w:rPr>
          <w:b/>
          <w:sz w:val="22"/>
        </w:rPr>
        <w:t>PROJET COMPLÉMENTAIRE</w:t>
      </w:r>
    </w:p>
    <w:p>
      <w:pPr>
        <w:keepLines/>
      </w:pPr>
      <w:r>
        <w:rPr>
          <w:b w:val="0"/>
        </w:rPr>
        <w:t>[Exemple de fichier de suivi ou exercice réalisé sans données confidentielles]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COMPTABLE DÉBUTANT</dc:title>
  <dc:subject/>
  <dc:creator>WA-DIFA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