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jc w:val="left"/>
        <w:bidi w:val="1"/>
      </w:pPr>
      <w:r>
        <w:rPr>
          <w:b/>
          <w:sz w:val="42"/>
          <w:szCs w:val="42"/>
          <w:bCs/>
          <w:rtl w:val="1"/>
        </w:rPr>
        <w:t>[الاسم الكامل]</w:t>
      </w:r>
    </w:p>
    <w:p>
      <w:pPr>
        <w:keepLines/>
        <w:jc w:val="left"/>
        <w:bidi w:val="1"/>
      </w:pPr>
      <w:r>
        <w:rPr>
          <w:b/>
          <w:sz w:val="24"/>
          <w:szCs w:val="24"/>
          <w:bCs/>
          <w:rtl w:val="1"/>
        </w:rPr>
        <w:t>محاسب مبتدئ / مساعد محاسب</w:t>
      </w:r>
    </w:p>
    <w:p>
      <w:pPr>
        <w:keepNext/>
        <w:keepLines/>
        <w:spacing w:before="180"/>
        <w:jc w:val="left"/>
        <w:bidi w:val="1"/>
      </w:pPr>
      <w:r>
        <w:rPr>
          <w:b/>
          <w:sz w:val="22"/>
          <w:szCs w:val="22"/>
          <w:bCs/>
          <w:rtl w:val="1"/>
        </w:rPr>
        <w:t>التواصل</w:t>
      </w:r>
    </w:p>
    <w:p>
      <w:pPr>
        <w:keepLines/>
        <w:jc w:val="left"/>
        <w:bidi w:val="1"/>
      </w:pPr>
      <w:r>
        <w:rPr>
          <w:b w:val="0"/>
          <w:szCs w:val="21"/>
          <w:rtl w:val="1"/>
        </w:rPr>
        <w:t>[المدينة] | [رقم الهاتف] | [البريد المهني]</w:t>
      </w:r>
    </w:p>
    <w:p>
      <w:pPr>
        <w:keepNext/>
        <w:keepLines/>
        <w:spacing w:before="180"/>
        <w:jc w:val="left"/>
        <w:bidi w:val="1"/>
      </w:pPr>
      <w:r>
        <w:rPr>
          <w:b/>
          <w:sz w:val="22"/>
          <w:szCs w:val="22"/>
          <w:bCs/>
          <w:rtl w:val="1"/>
        </w:rPr>
        <w:t>الملخص المهني</w:t>
      </w:r>
    </w:p>
    <w:p>
      <w:pPr>
        <w:keepLines/>
        <w:jc w:val="left"/>
        <w:bidi w:val="1"/>
      </w:pPr>
      <w:r>
        <w:rPr>
          <w:b w:val="0"/>
          <w:szCs w:val="21"/>
          <w:rtl w:val="1"/>
        </w:rPr>
        <w:t>خريج [اسم الشهادة]، لدي معرفة عملية في [مجال تعلمته فعلاً]. خلال [تدريب أو مشروع] أنجزت [مهمة محددة]. أبحث عن فرصة لتطوير مهاراتي والمساهمة في دقة العمل المحاسبي.</w:t>
      </w:r>
    </w:p>
    <w:p>
      <w:pPr>
        <w:keepNext/>
        <w:keepLines/>
        <w:spacing w:before="180"/>
        <w:jc w:val="left"/>
        <w:bidi w:val="1"/>
      </w:pPr>
      <w:r>
        <w:rPr>
          <w:b/>
          <w:sz w:val="22"/>
          <w:szCs w:val="22"/>
          <w:bCs/>
          <w:rtl w:val="1"/>
        </w:rPr>
        <w:t>التعليم</w:t>
      </w:r>
    </w:p>
    <w:p>
      <w:pPr>
        <w:keepLines/>
        <w:jc w:val="left"/>
        <w:bidi w:val="1"/>
      </w:pPr>
      <w:r>
        <w:rPr>
          <w:b w:val="0"/>
          <w:szCs w:val="21"/>
          <w:rtl w:val="1"/>
        </w:rPr>
        <w:t>[الشهادة كما صدرت] — [المؤسسة] | [سنة التخرج]</w:t>
      </w:r>
    </w:p>
    <w:p>
      <w:pPr>
        <w:keepNext/>
        <w:keepLines/>
        <w:spacing w:before="180"/>
        <w:jc w:val="left"/>
        <w:bidi w:val="1"/>
      </w:pPr>
      <w:r>
        <w:rPr>
          <w:b/>
          <w:sz w:val="22"/>
          <w:szCs w:val="22"/>
          <w:bCs/>
          <w:rtl w:val="1"/>
        </w:rPr>
        <w:t>التدريب أو المشروع</w:t>
      </w:r>
    </w:p>
    <w:p>
      <w:pPr>
        <w:keepLines/>
        <w:jc w:val="left"/>
        <w:bidi w:val="1"/>
      </w:pPr>
      <w:r>
        <w:rPr>
          <w:b w:val="0"/>
          <w:szCs w:val="21"/>
          <w:rtl w:val="1"/>
        </w:rPr>
        <w:t>[الدور] — [المؤسسة أو المشروع] | [التواريخ]</w:t>
        <w:br/>
        <w:t>[مهمة محاسبية نفذتها وتوضح دورك الحقيقي.]</w:t>
        <w:br/>
        <w:t>[نوع المراجعة أو الجدول الذي أعددته، دون بيانات سرية.]</w:t>
      </w:r>
    </w:p>
    <w:p>
      <w:pPr>
        <w:keepNext/>
        <w:keepLines/>
        <w:spacing w:before="180"/>
        <w:jc w:val="left"/>
        <w:bidi w:val="1"/>
      </w:pPr>
      <w:r>
        <w:rPr>
          <w:b/>
          <w:sz w:val="22"/>
          <w:szCs w:val="22"/>
          <w:bCs/>
          <w:rtl w:val="1"/>
        </w:rPr>
        <w:t>المهارات المحاسبية</w:t>
      </w:r>
    </w:p>
    <w:p>
      <w:pPr>
        <w:keepLines/>
        <w:jc w:val="left"/>
        <w:bidi w:val="1"/>
      </w:pPr>
      <w:r>
        <w:rPr>
          <w:b w:val="0"/>
          <w:szCs w:val="21"/>
          <w:rtl w:val="1"/>
        </w:rPr>
        <w:t>[مهارة مثبتة]؛ [مهارة ثانية]؛ [تنظيم المستندات إن كنت تتقنه]</w:t>
      </w:r>
    </w:p>
    <w:p>
      <w:pPr>
        <w:keepNext/>
        <w:keepLines/>
        <w:spacing w:before="180"/>
        <w:jc w:val="left"/>
        <w:bidi w:val="1"/>
      </w:pPr>
      <w:r>
        <w:rPr>
          <w:b/>
          <w:sz w:val="22"/>
          <w:szCs w:val="22"/>
          <w:bCs/>
          <w:rtl w:val="1"/>
        </w:rPr>
        <w:t>البرامج</w:t>
      </w:r>
    </w:p>
    <w:p>
      <w:pPr>
        <w:keepLines/>
        <w:jc w:val="left"/>
        <w:bidi w:val="1"/>
      </w:pPr>
      <w:r>
        <w:rPr>
          <w:b w:val="0"/>
          <w:szCs w:val="21"/>
          <w:rtl w:val="1"/>
        </w:rPr>
        <w:t>Excel: [الوظائف التي تستخدمها فعلاً] | [اسم البرنامج المحاسبي ومستواك]</w:t>
      </w:r>
    </w:p>
    <w:p>
      <w:pPr>
        <w:keepNext/>
        <w:keepLines/>
        <w:spacing w:before="180"/>
        <w:jc w:val="left"/>
        <w:bidi w:val="1"/>
      </w:pPr>
      <w:r>
        <w:rPr>
          <w:b/>
          <w:sz w:val="22"/>
          <w:szCs w:val="22"/>
          <w:bCs/>
          <w:rtl w:val="1"/>
        </w:rPr>
        <w:t>اللغات</w:t>
      </w:r>
    </w:p>
    <w:p>
      <w:pPr>
        <w:keepLines/>
        <w:jc w:val="left"/>
        <w:bidi w:val="1"/>
      </w:pPr>
      <w:r>
        <w:rPr>
          <w:b w:val="0"/>
          <w:szCs w:val="21"/>
          <w:rtl w:val="1"/>
        </w:rPr>
        <w:t>العربية: [المستوى] | الإنجليزية: [المستوى] | الفرنسية: [المستوى]</w:t>
      </w:r>
    </w:p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محاسب مبتدئ / مساعد محاسب</dc:title>
  <dc:subject/>
  <dc:creator>WA-DIFA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