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</w:pPr>
      <w:r>
        <w:rPr>
          <w:b/>
          <w:sz w:val="42"/>
        </w:rPr>
        <w:t>[PRÉNOM NOM]</w:t>
      </w:r>
    </w:p>
    <w:p>
      <w:pPr>
        <w:keepLines/>
      </w:pPr>
      <w:r>
        <w:rPr>
          <w:b/>
          <w:sz w:val="24"/>
        </w:rPr>
        <w:t>[POSTE VISÉ]</w:t>
      </w:r>
    </w:p>
    <w:p>
      <w:pPr>
        <w:keepNext/>
        <w:keepLines/>
        <w:spacing w:before="180"/>
      </w:pPr>
      <w:r>
        <w:rPr>
          <w:b/>
          <w:sz w:val="22"/>
        </w:rPr>
        <w:t>COORDONNÉES</w:t>
      </w:r>
    </w:p>
    <w:p>
      <w:pPr>
        <w:keepLines/>
      </w:pPr>
      <w:r>
        <w:rPr>
          <w:b w:val="0"/>
        </w:rPr>
        <w:t>[Ville, pays] | [Téléphone avec indicatif] | [Courriel] | [Portfolio facultatif]</w:t>
      </w:r>
    </w:p>
    <w:p>
      <w:pPr>
        <w:keepNext/>
        <w:keepLines/>
        <w:spacing w:before="180"/>
      </w:pPr>
      <w:r>
        <w:rPr>
          <w:b/>
          <w:sz w:val="22"/>
        </w:rPr>
        <w:t>SOMMAIRE</w:t>
      </w:r>
    </w:p>
    <w:p>
      <w:pPr>
        <w:keepLines/>
      </w:pPr>
      <w:r>
        <w:rPr>
          <w:b w:val="0"/>
        </w:rPr>
        <w:t>Professionnel de [domaine] avec [expérience réelle]. Compétences en [compétence 1] et [compétence 2], illustrées par [réalisation vérifiable]. Objectif : contribuer à [besoin du poste].</w:t>
      </w:r>
    </w:p>
    <w:p>
      <w:pPr>
        <w:keepNext/>
        <w:keepLines/>
        <w:spacing w:before="180"/>
      </w:pPr>
      <w:r>
        <w:rPr>
          <w:b/>
          <w:sz w:val="22"/>
        </w:rPr>
        <w:t>COMPÉTENCES CLÉS</w:t>
      </w:r>
    </w:p>
    <w:p>
      <w:pPr>
        <w:keepLines/>
      </w:pPr>
      <w:r>
        <w:rPr>
          <w:b w:val="0"/>
        </w:rPr>
        <w:t>[Outil et niveau] ; [compétence liée à l’annonce] ; [compétence démontrée]</w:t>
      </w:r>
    </w:p>
    <w:p>
      <w:pPr>
        <w:keepNext/>
        <w:keepLines/>
        <w:spacing w:before="180"/>
      </w:pPr>
      <w:r>
        <w:rPr>
          <w:b/>
          <w:sz w:val="22"/>
        </w:rPr>
        <w:t>EXPÉRIENCE</w:t>
      </w:r>
    </w:p>
    <w:p>
      <w:pPr>
        <w:keepLines/>
      </w:pPr>
      <w:r>
        <w:rPr>
          <w:b w:val="0"/>
        </w:rPr>
        <w:t>[Intitulé] — [Organisation, ville, pays] | [Dates]</w:t>
        <w:br/>
        <w:t>[Action réalisée, contexte et résultat vérifiable.]</w:t>
        <w:br/>
        <w:t>[Deuxième réalisation pertinente, sans chiffre inventé.]</w:t>
      </w:r>
    </w:p>
    <w:p>
      <w:pPr>
        <w:keepNext/>
        <w:keepLines/>
        <w:spacing w:before="180"/>
      </w:pPr>
      <w:r>
        <w:rPr>
          <w:b/>
          <w:sz w:val="22"/>
        </w:rPr>
        <w:t>FORMATION</w:t>
      </w:r>
    </w:p>
    <w:p>
      <w:pPr>
        <w:keepLines/>
      </w:pPr>
      <w:r>
        <w:rPr>
          <w:b w:val="0"/>
        </w:rPr>
        <w:t>[Diplôme exact] — [Établissement, pays] | [Année]</w:t>
        <w:br/>
        <w:t>[Équivalence uniquement si officiellement obtenue.]</w:t>
      </w:r>
    </w:p>
    <w:p>
      <w:pPr>
        <w:keepNext/>
        <w:keepLines/>
        <w:spacing w:before="180"/>
      </w:pPr>
      <w:r>
        <w:rPr>
          <w:b/>
          <w:sz w:val="22"/>
        </w:rPr>
        <w:t>PROJET OU BÉNÉVOLAT</w:t>
      </w:r>
    </w:p>
    <w:p>
      <w:pPr>
        <w:keepLines/>
      </w:pPr>
      <w:r>
        <w:rPr>
          <w:b w:val="0"/>
        </w:rPr>
        <w:t>[Rôle, structure et dates] : [contribution concrète liée au poste]</w:t>
      </w:r>
    </w:p>
    <w:p>
      <w:pPr>
        <w:keepNext/>
        <w:keepLines/>
        <w:spacing w:before="180"/>
      </w:pPr>
      <w:r>
        <w:rPr>
          <w:b/>
          <w:sz w:val="22"/>
        </w:rPr>
        <w:t>LANGUES</w:t>
      </w:r>
    </w:p>
    <w:p>
      <w:pPr>
        <w:keepLines/>
      </w:pPr>
      <w:r>
        <w:rPr>
          <w:b w:val="0"/>
        </w:rPr>
        <w:t>Français : [niveau réel] | Anglais : [niveau réel]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[POSTE VISÉ]</dc:title>
  <dc:subject/>
  <dc:creator>WA-DIFA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