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</w:pPr>
      <w:r>
        <w:rPr>
          <w:b/>
          <w:sz w:val="42"/>
        </w:rPr>
        <w:t>[PRÉNOM NOM]</w:t>
      </w:r>
    </w:p>
    <w:p>
      <w:pPr>
        <w:keepLines/>
      </w:pPr>
      <w:r>
        <w:rPr>
          <w:b/>
          <w:sz w:val="24"/>
        </w:rPr>
        <w:t>AGENT DE CRÉDIT / MICROFINANCE</w:t>
      </w:r>
    </w:p>
    <w:p>
      <w:pPr>
        <w:keepNext/>
        <w:keepLines/>
        <w:spacing w:before="180"/>
      </w:pPr>
      <w:r>
        <w:rPr>
          <w:b/>
          <w:sz w:val="22"/>
        </w:rPr>
        <w:t>COORDONNÉES</w:t>
      </w:r>
    </w:p>
    <w:p>
      <w:pPr>
        <w:keepLines/>
      </w:pPr>
      <w:r>
        <w:rPr>
          <w:b w:val="0"/>
        </w:rPr>
        <w:t>[Ville] | [Téléphone] | [Courriel professionnel]</w:t>
      </w:r>
    </w:p>
    <w:p>
      <w:pPr>
        <w:keepNext/>
        <w:keepLines/>
        <w:spacing w:before="180"/>
      </w:pPr>
      <w:r>
        <w:rPr>
          <w:b/>
          <w:sz w:val="22"/>
        </w:rPr>
        <w:t>PROFIL</w:t>
      </w:r>
    </w:p>
    <w:p>
      <w:pPr>
        <w:keepLines/>
      </w:pPr>
      <w:r>
        <w:rPr>
          <w:b w:val="0"/>
        </w:rPr>
        <w:t>Professionnel de [domaine réel] souhaitant contribuer à la relation client et au suivi rigoureux des dossiers. Expérience en [prospection, gestion ou accueil, selon le parcours réel].</w:t>
      </w:r>
    </w:p>
    <w:p>
      <w:pPr>
        <w:keepNext/>
        <w:keepLines/>
        <w:spacing w:before="180"/>
      </w:pPr>
      <w:r>
        <w:rPr>
          <w:b/>
          <w:sz w:val="22"/>
        </w:rPr>
        <w:t>EXPÉRIENCE</w:t>
      </w:r>
    </w:p>
    <w:p>
      <w:pPr>
        <w:keepLines/>
      </w:pPr>
      <w:r>
        <w:rPr>
          <w:b w:val="0"/>
        </w:rPr>
        <w:t>[Poste réel] — [Organisation] | [Dates]</w:t>
        <w:br/>
        <w:t>[Prospection ou accueil : contexte et action réellement menée.]</w:t>
        <w:br/>
        <w:t>[Suivi de dossiers : vérifications réalisées dans son périmètre.]</w:t>
        <w:br/>
        <w:t>[Coordination ou suivi client : résultat vérifiable sans donnée confidentielle.]</w:t>
      </w:r>
    </w:p>
    <w:p>
      <w:pPr>
        <w:keepNext/>
        <w:keepLines/>
        <w:spacing w:before="180"/>
      </w:pPr>
      <w:r>
        <w:rPr>
          <w:b/>
          <w:sz w:val="22"/>
        </w:rPr>
        <w:t>COMPÉTENCES</w:t>
      </w:r>
    </w:p>
    <w:p>
      <w:pPr>
        <w:keepLines/>
      </w:pPr>
      <w:r>
        <w:rPr>
          <w:b w:val="0"/>
        </w:rPr>
        <w:t>[Organisation des visites] ; [qualité documentaire] ; [écoute client]</w:t>
        <w:br/>
        <w:t>[Outils de suivi réellement utilisés] ; [respect de la confidentialité]</w:t>
      </w:r>
    </w:p>
    <w:p>
      <w:pPr>
        <w:keepNext/>
        <w:keepLines/>
        <w:spacing w:before="180"/>
      </w:pPr>
      <w:r>
        <w:rPr>
          <w:b/>
          <w:sz w:val="22"/>
        </w:rPr>
        <w:t>FORMATION</w:t>
      </w:r>
    </w:p>
    <w:p>
      <w:pPr>
        <w:keepLines/>
      </w:pPr>
      <w:r>
        <w:rPr>
          <w:b w:val="0"/>
        </w:rPr>
        <w:t>[Diplôme exact] — [Établissement] | [Année]</w:t>
      </w:r>
    </w:p>
    <w:p>
      <w:pPr>
        <w:keepNext/>
        <w:keepLines/>
        <w:spacing w:before="180"/>
      </w:pPr>
      <w:r>
        <w:rPr>
          <w:b/>
          <w:sz w:val="22"/>
        </w:rPr>
        <w:t>LANGUES ET MOBILITÉ</w:t>
      </w:r>
    </w:p>
    <w:p>
      <w:pPr>
        <w:keepLines/>
      </w:pPr>
      <w:r>
        <w:rPr>
          <w:b w:val="0"/>
        </w:rPr>
        <w:t>Arabe : [niveau] | Français : [niveau]</w:t>
        <w:br/>
        <w:t>[Permis ou mobilité uniquement si pertinent et exact]</w:t>
      </w:r>
    </w:p>
    <w:p>
      <w:pPr>
        <w:keepNext/>
        <w:keepLines/>
        <w:spacing w:before="180"/>
      </w:pPr>
      <w:r>
        <w:rPr>
          <w:b/>
          <w:sz w:val="22"/>
        </w:rPr>
        <w:t>PROJET OU STAGE</w:t>
      </w:r>
    </w:p>
    <w:p>
      <w:pPr>
        <w:keepLines/>
      </w:pPr>
      <w:r>
        <w:rPr>
          <w:b w:val="0"/>
        </w:rPr>
        <w:t>[Pour un débutant : exemple de projet commercial ou administratif réellement réalisé]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DE CRÉDIT / MICROFINANCE</dc:title>
  <dc:subject/>
  <dc:creator>WA-DIFA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